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05840" cy="10058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51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 w:line="240" w:lineRule="auto"/>
        <w:jc w:val="center"/>
        <w:shd w:val="clear" w:color="auto" w:fill="078930"/>
      </w:pPr>
      <w:r>
        <w:rPr>
          <w:rFonts w:ascii="Nyala" w:hAnsi="Nyala" w:cs="Nyala" w:eastAsia="Nyala"/>
          <w:b/>
          <w:i w:val="0"/>
          <w:color w:val="FFFFFF"/>
          <w:sz w:val="60"/>
        </w:rPr>
        <w:t>MyHome</w:t>
      </w:r>
    </w:p>
    <w:p>
      <w:pPr>
        <w:spacing w:before="0" w:after="40" w:line="240" w:lineRule="auto"/>
        <w:jc w:val="center"/>
        <w:shd w:val="clear" w:color="auto" w:fill="078930"/>
      </w:pPr>
      <w:r>
        <w:rPr>
          <w:rFonts w:ascii="Nyala" w:hAnsi="Nyala" w:cs="Nyala" w:eastAsia="Nyala"/>
          <w:b w:val="0"/>
          <w:i/>
          <w:color w:val="FFFFFF"/>
          <w:sz w:val="24"/>
        </w:rPr>
        <w:t>Find your home in Ethiopia • Verified homes for rent &amp; sale</w:t>
      </w:r>
    </w:p>
    <w:p>
      <w:pPr>
        <w:spacing w:before="200" w:after="160" w:line="252" w:lineRule="auto"/>
        <w:jc w:val="center"/>
      </w:pPr>
      <w:r>
        <w:rPr>
          <w:rFonts w:ascii="Nyala" w:hAnsi="Nyala" w:cs="Nyala" w:eastAsia="Nyala"/>
          <w:b/>
          <w:i w:val="0"/>
          <w:color w:val="056620"/>
          <w:sz w:val="38"/>
        </w:rPr>
        <w:t>Looking for a home?</w:t>
        <w:br/>
        <w:t>Find verified homes right from your phone.</w:t>
      </w:r>
    </w:p>
    <w:p>
      <w:pPr>
        <w:spacing w:before="160" w:after="60" w:line="252" w:lineRule="auto"/>
        <w:pBdr>
          <w:bottom w:val="single" w:sz="6" w:space="6" w:color="078930"/>
        </w:pBdr>
      </w:pPr>
      <w:r>
        <w:rPr>
          <w:rFonts w:ascii="Nyala" w:hAnsi="Nyala" w:cs="Nyala" w:eastAsia="Nyala"/>
          <w:b/>
          <w:i w:val="0"/>
          <w:color w:val="078930"/>
          <w:sz w:val="26"/>
        </w:rPr>
        <w:t>Why MyHome?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Verified listings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homes for rent and sale you can trust.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Search on the map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explore neighborhoods across Ethiopia.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In your language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Amharic, Afaan Oromoo and English.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Contact directly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reach owners and agents by WhatsApp or call.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Plan your budget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built-in mortgage calculator.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Post your property free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reach thousands of home seekers.</w:t>
      </w:r>
    </w:p>
    <w:p>
      <w:pPr>
        <w:spacing w:before="160" w:after="60" w:line="252" w:lineRule="auto"/>
        <w:pBdr>
          <w:bottom w:val="single" w:sz="6" w:space="6" w:color="078930"/>
        </w:pBdr>
      </w:pPr>
      <w:r>
        <w:rPr>
          <w:rFonts w:ascii="Nyala" w:hAnsi="Nyala" w:cs="Nyala" w:eastAsia="Nyala"/>
          <w:b/>
          <w:i w:val="0"/>
          <w:color w:val="078930"/>
          <w:sz w:val="26"/>
        </w:rPr>
        <w:t>How to start — in 5 easy steps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1.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Scan the QR code, or search “MyHome” on Google Play.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2.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Install the free app and open it.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3.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Create your account with your phone number.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4.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Search homes and save favorites, or post your property.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5.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Contact owners and agents directly by WhatsApp or call.</w:t>
      </w:r>
    </w:p>
    <w:p>
      <w:pPr>
        <w:spacing w:before="160" w:after="80" w:line="264" w:lineRule="auto"/>
        <w:jc w:val="center"/>
        <w:shd w:val="clear" w:color="auto" w:fill="078930"/>
      </w:pPr>
      <w:r>
        <w:rPr>
          <w:rFonts w:ascii="Nyala" w:hAnsi="Nyala" w:cs="Nyala" w:eastAsia="Nyala"/>
          <w:b/>
          <w:i w:val="0"/>
          <w:color w:val="FFFFFF"/>
          <w:sz w:val="28"/>
        </w:rPr>
        <w:t>Download free today — find your home in minutes!</w:t>
      </w:r>
    </w:p>
    <w:p>
      <w:pPr>
        <w:spacing w:before="100" w:after="40" w:line="240" w:lineRule="auto"/>
        <w:jc w:val="center"/>
      </w:pPr>
      <w:r>
        <w:rPr>
          <w:rFonts w:ascii="Nyala" w:hAnsi="Nyala" w:cs="Nyala" w:eastAsia="Nyala"/>
          <w:b/>
          <w:i w:val="0"/>
          <w:color w:val="056620"/>
          <w:sz w:val="24"/>
        </w:rPr>
        <w:t>Scan to download MyHome from Google Play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371600" cy="13716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home-google-play-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 w:line="240" w:lineRule="auto"/>
        <w:jc w:val="center"/>
      </w:pPr>
      <w:hyperlink r:id="rId11">
        <w:r>
          <w:rPr>
            <w:color w:val="0563C1"/>
            <w:u w:val="single"/>
          </w:rPr>
          <w:t>Open MyHome in Google Play</w:t>
        </w:r>
      </w:hyperlink>
      <w:r>
        <w:rPr>
          <w:rFonts w:ascii="Segoe UI" w:hAnsi="Segoe UI" w:cs="Segoe UI" w:eastAsia="Segoe UI"/>
          <w:b w:val="0"/>
          <w:i w:val="0"/>
          <w:color w:val="1E293B"/>
          <w:sz w:val="16"/>
        </w:rPr>
        <w:br/>
        <w:t>https://play.google.com/store/apps/details?id=com.nexusapps.myhome</w:t>
      </w:r>
    </w:p>
    <w:p>
      <w:pPr>
        <w:spacing w:before="120" w:after="0" w:line="252" w:lineRule="auto"/>
        <w:jc w:val="center"/>
      </w:pPr>
      <w:r>
        <w:rPr>
          <w:rFonts w:ascii="Nyala" w:hAnsi="Nyala" w:cs="Nyala" w:eastAsia="Nyala"/>
          <w:b/>
          <w:i w:val="0"/>
          <w:color w:val="B38222"/>
          <w:sz w:val="26"/>
        </w:rPr>
        <w:t>MyHome — Find Your Home in Ethiopia.</w:t>
      </w:r>
    </w:p>
    <w:p>
      <w:pPr>
        <w:spacing w:before="0" w:after="40" w:line="240" w:lineRule="auto"/>
        <w:jc w:val="center"/>
      </w:pPr>
      <w:r>
        <w:rPr>
          <w:rFonts w:ascii="Nyala" w:hAnsi="Nyala" w:cs="Nyala" w:eastAsia="Nyala"/>
          <w:b w:val="0"/>
          <w:i w:val="0"/>
          <w:color w:val="1E293B"/>
          <w:sz w:val="20"/>
        </w:rPr>
        <w:t>Ethio Digital Platforms PLC  •  myhome.carenavigatortech.com</w:t>
      </w:r>
    </w:p>
    <w:p>
      <w:r>
        <w:br w:type="page"/>
      </w:r>
    </w:p>
    <w:p>
      <w:pPr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05840" cy="100584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51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 w:line="240" w:lineRule="auto"/>
        <w:jc w:val="center"/>
        <w:shd w:val="clear" w:color="auto" w:fill="078930"/>
      </w:pPr>
      <w:r>
        <w:rPr>
          <w:rFonts w:ascii="Nyala" w:hAnsi="Nyala" w:cs="Nyala" w:eastAsia="Nyala"/>
          <w:b/>
          <w:i w:val="0"/>
          <w:color w:val="FFFFFF"/>
          <w:sz w:val="60"/>
        </w:rPr>
        <w:t>MyHome</w:t>
      </w:r>
    </w:p>
    <w:p>
      <w:pPr>
        <w:spacing w:before="0" w:after="40" w:line="240" w:lineRule="auto"/>
        <w:jc w:val="center"/>
        <w:shd w:val="clear" w:color="auto" w:fill="078930"/>
      </w:pPr>
      <w:r>
        <w:rPr>
          <w:rFonts w:ascii="Nyala" w:hAnsi="Nyala" w:cs="Nyala" w:eastAsia="Nyala"/>
          <w:b w:val="0"/>
          <w:i/>
          <w:color w:val="FFFFFF"/>
          <w:sz w:val="24"/>
        </w:rPr>
        <w:t>ቤትዎን በኢትዮጵያ ውስጥ ያግኙ • ለሽያጭና ለኪራይ የተረጋገጡ ቤቶች</w:t>
      </w:r>
    </w:p>
    <w:p>
      <w:pPr>
        <w:spacing w:before="200" w:after="160" w:line="252" w:lineRule="auto"/>
        <w:jc w:val="center"/>
      </w:pPr>
      <w:r>
        <w:rPr>
          <w:rFonts w:ascii="Nyala" w:hAnsi="Nyala" w:cs="Nyala" w:eastAsia="Nyala"/>
          <w:b/>
          <w:i w:val="0"/>
          <w:color w:val="056620"/>
          <w:sz w:val="38"/>
        </w:rPr>
        <w:t>ቤት እየፈለጉ ነው?</w:t>
        <w:br/>
        <w:t>የተረጋገጡ ቤቶችን ከስልክዎ ላይ ያግኙ።</w:t>
      </w:r>
    </w:p>
    <w:p>
      <w:pPr>
        <w:spacing w:before="160" w:after="60" w:line="252" w:lineRule="auto"/>
        <w:pBdr>
          <w:bottom w:val="single" w:sz="6" w:space="6" w:color="078930"/>
        </w:pBdr>
      </w:pPr>
      <w:r>
        <w:rPr>
          <w:rFonts w:ascii="Nyala" w:hAnsi="Nyala" w:cs="Nyala" w:eastAsia="Nyala"/>
          <w:b/>
          <w:i w:val="0"/>
          <w:color w:val="078930"/>
          <w:sz w:val="26"/>
        </w:rPr>
        <w:t>ለምን MyHome?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የተረጋገጡ ዝርዝሮች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ለሽያጭና ለኪራይ የሚታመኑ ቤቶች።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በካርታ ላይ ይፈልጉ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በኢትዮጵያ አቀፍ ሰፈሮችን ይዳስሱ።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በቋንቋዎ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በአማርኛ፣ በአፋን ኦሮሞና በእንግሊዝኛ።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በቀጥታ ያግኙ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ባለቤቶችንና ወኪሎችን በዋትሳፕ ወይም በስልክ።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በጀትዎን ያቅዱ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አብሮ የተሰራ የብድር ማስሊያ አለ።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ንብረትዎን በነጻ ያስተዋውቁ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በሺዎች የሚቆጠሩ ቤት ፈላጊዎች ጋር ይድረሱ።</w:t>
      </w:r>
    </w:p>
    <w:p>
      <w:pPr>
        <w:spacing w:before="160" w:after="60" w:line="252" w:lineRule="auto"/>
        <w:pBdr>
          <w:bottom w:val="single" w:sz="6" w:space="6" w:color="078930"/>
        </w:pBdr>
      </w:pPr>
      <w:r>
        <w:rPr>
          <w:rFonts w:ascii="Nyala" w:hAnsi="Nyala" w:cs="Nyala" w:eastAsia="Nyala"/>
          <w:b/>
          <w:i w:val="0"/>
          <w:color w:val="078930"/>
          <w:sz w:val="26"/>
        </w:rPr>
        <w:t>እንዴት እንደሚጀምሩ — በ5 ቀላል ደረጃዎች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1.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QR ኮዱን ይስካኑ፣ ወይም በGoogle Play ላይ “MyHome” ብለው ይፈልጉ።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2.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ነጻውን መተግበሪያ ያውርዱና ይክፈቱ።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3.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በስልክ ቁጥርዎ መለያ ይፍጠሩ።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4.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ቤቶችን ይፈልጉ እና የወደዱትን ያስቀምጡ፣ ወይም ንብረትዎን ያስተዋውቁ።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5.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ባለቤቶችንና ወኪሎችን በቀጥታ በዋትሳፕ ወይም በስልክ ያግኙ።</w:t>
      </w:r>
    </w:p>
    <w:p>
      <w:pPr>
        <w:spacing w:before="160" w:after="80" w:line="264" w:lineRule="auto"/>
        <w:jc w:val="center"/>
        <w:shd w:val="clear" w:color="auto" w:fill="078930"/>
      </w:pPr>
      <w:r>
        <w:rPr>
          <w:rFonts w:ascii="Nyala" w:hAnsi="Nyala" w:cs="Nyala" w:eastAsia="Nyala"/>
          <w:b/>
          <w:i w:val="0"/>
          <w:color w:val="FFFFFF"/>
          <w:sz w:val="28"/>
        </w:rPr>
        <w:t>ዛሬ በነጻ ያውርዱ — ቤትዎን በደቂቃዎች ያግኙ!</w:t>
      </w:r>
    </w:p>
    <w:p>
      <w:pPr>
        <w:spacing w:before="100" w:after="40" w:line="240" w:lineRule="auto"/>
        <w:jc w:val="center"/>
      </w:pPr>
      <w:r>
        <w:rPr>
          <w:rFonts w:ascii="Nyala" w:hAnsi="Nyala" w:cs="Nyala" w:eastAsia="Nyala"/>
          <w:b/>
          <w:i w:val="0"/>
          <w:color w:val="056620"/>
          <w:sz w:val="24"/>
        </w:rPr>
        <w:t>QR ኮዱን ይስካኑ፤ MyHomeን ከGoogle Play ያውርዱ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371600" cy="13716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home-google-play-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 w:line="240" w:lineRule="auto"/>
        <w:jc w:val="center"/>
      </w:pPr>
      <w:hyperlink r:id="rId11">
        <w:r>
          <w:rPr>
            <w:color w:val="0563C1"/>
            <w:u w:val="single"/>
          </w:rPr>
          <w:t>MyHomeን በGoogle Play ይክፈቱ</w:t>
        </w:r>
      </w:hyperlink>
      <w:r>
        <w:rPr>
          <w:rFonts w:ascii="Segoe UI" w:hAnsi="Segoe UI" w:cs="Segoe UI" w:eastAsia="Segoe UI"/>
          <w:b w:val="0"/>
          <w:i w:val="0"/>
          <w:color w:val="1E293B"/>
          <w:sz w:val="16"/>
        </w:rPr>
        <w:br/>
        <w:t>https://play.google.com/store/apps/details?id=com.nexusapps.myhome</w:t>
      </w:r>
    </w:p>
    <w:p>
      <w:pPr>
        <w:spacing w:before="120" w:after="0" w:line="252" w:lineRule="auto"/>
        <w:jc w:val="center"/>
      </w:pPr>
      <w:r>
        <w:rPr>
          <w:rFonts w:ascii="Nyala" w:hAnsi="Nyala" w:cs="Nyala" w:eastAsia="Nyala"/>
          <w:b/>
          <w:i w:val="0"/>
          <w:color w:val="B38222"/>
          <w:sz w:val="26"/>
        </w:rPr>
        <w:t>MyHome — ቤትዎን በኢትዮጵያ ያግኙ።</w:t>
      </w:r>
    </w:p>
    <w:p>
      <w:pPr>
        <w:spacing w:before="0" w:after="40" w:line="240" w:lineRule="auto"/>
        <w:jc w:val="center"/>
      </w:pPr>
      <w:r>
        <w:rPr>
          <w:rFonts w:ascii="Nyala" w:hAnsi="Nyala" w:cs="Nyala" w:eastAsia="Nyala"/>
          <w:b w:val="0"/>
          <w:i w:val="0"/>
          <w:color w:val="1E293B"/>
          <w:sz w:val="20"/>
        </w:rPr>
        <w:t>Ethio Digital Platforms PLC  •  myhome.carenavigatortech.com</w:t>
      </w:r>
    </w:p>
    <w:p>
      <w:r>
        <w:br w:type="page"/>
      </w:r>
    </w:p>
    <w:p>
      <w:pPr>
        <w:spacing w:before="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005840" cy="100584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_51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0058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40" w:after="0" w:line="240" w:lineRule="auto"/>
        <w:jc w:val="center"/>
        <w:shd w:val="clear" w:color="auto" w:fill="078930"/>
      </w:pPr>
      <w:r>
        <w:rPr>
          <w:rFonts w:ascii="Nyala" w:hAnsi="Nyala" w:cs="Nyala" w:eastAsia="Nyala"/>
          <w:b/>
          <w:i w:val="0"/>
          <w:color w:val="FFFFFF"/>
          <w:sz w:val="60"/>
        </w:rPr>
        <w:t>MyHome</w:t>
      </w:r>
    </w:p>
    <w:p>
      <w:pPr>
        <w:spacing w:before="0" w:after="40" w:line="240" w:lineRule="auto"/>
        <w:jc w:val="center"/>
        <w:shd w:val="clear" w:color="auto" w:fill="078930"/>
      </w:pPr>
      <w:r>
        <w:rPr>
          <w:rFonts w:ascii="Nyala" w:hAnsi="Nyala" w:cs="Nyala" w:eastAsia="Nyala"/>
          <w:b w:val="0"/>
          <w:i/>
          <w:color w:val="FFFFFF"/>
          <w:sz w:val="24"/>
        </w:rPr>
        <w:t>Mana kee Itoophiyaa keessatti argadhu • Manneen kiraa fi gurgurtaa mirkanaa'an</w:t>
      </w:r>
    </w:p>
    <w:p>
      <w:pPr>
        <w:spacing w:before="200" w:after="160" w:line="252" w:lineRule="auto"/>
        <w:jc w:val="center"/>
      </w:pPr>
      <w:r>
        <w:rPr>
          <w:rFonts w:ascii="Nyala" w:hAnsi="Nyala" w:cs="Nyala" w:eastAsia="Nyala"/>
          <w:b/>
          <w:i w:val="0"/>
          <w:color w:val="056620"/>
          <w:sz w:val="38"/>
        </w:rPr>
        <w:t>Mana barbaadaa jirtaa?</w:t>
        <w:br/>
        <w:t>Manneen mirkanaa'an bilbila kee irraa argadhu.</w:t>
      </w:r>
    </w:p>
    <w:p>
      <w:pPr>
        <w:spacing w:before="160" w:after="60" w:line="252" w:lineRule="auto"/>
        <w:pBdr>
          <w:bottom w:val="single" w:sz="6" w:space="6" w:color="078930"/>
        </w:pBdr>
      </w:pPr>
      <w:r>
        <w:rPr>
          <w:rFonts w:ascii="Nyala" w:hAnsi="Nyala" w:cs="Nyala" w:eastAsia="Nyala"/>
          <w:b/>
          <w:i w:val="0"/>
          <w:color w:val="078930"/>
          <w:sz w:val="26"/>
        </w:rPr>
        <w:t>Maaliif MyHome?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Tarreeffama mirkanaa'e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manneen kiraa fi gurgurtaa amanamoo.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Kaartaa irratti barbaadi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naannoolee Itoophiyaa keessa jiran daawwadhu.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Afaan keetiin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Afaan Oromoo, Amaariffaa fi Ingiliffaan.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Kallattiin quunnami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abbootii qabeenyaa fi ejensii WhatsApp ykn bilbilaan qunnami.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Baajata kee karoorfadhu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shallaggii liqii keessaa qaba.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078930"/>
          <w:sz w:val="24"/>
        </w:rPr>
        <w:t xml:space="preserve">✓  </w:t>
      </w:r>
      <w:r>
        <w:rPr>
          <w:rFonts w:ascii="Nyala" w:hAnsi="Nyala" w:cs="Nyala" w:eastAsia="Nyala"/>
          <w:b/>
          <w:i w:val="0"/>
          <w:color w:val="1E293B"/>
          <w:sz w:val="24"/>
        </w:rPr>
        <w:t xml:space="preserve">Qabeenya kee bilisaan maxxansi —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namoota kuma hedduu bira ga'i.</w:t>
      </w:r>
    </w:p>
    <w:p>
      <w:pPr>
        <w:spacing w:before="160" w:after="60" w:line="252" w:lineRule="auto"/>
        <w:pBdr>
          <w:bottom w:val="single" w:sz="6" w:space="6" w:color="078930"/>
        </w:pBdr>
      </w:pPr>
      <w:r>
        <w:rPr>
          <w:rFonts w:ascii="Nyala" w:hAnsi="Nyala" w:cs="Nyala" w:eastAsia="Nyala"/>
          <w:b/>
          <w:i w:val="0"/>
          <w:color w:val="078930"/>
          <w:sz w:val="26"/>
        </w:rPr>
        <w:t>Akkamitti akka jalqabdu — tarkaanfii 5 salphaa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1.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QR koodii skaan godhi, ykn Google Play irratti “MyHome” barbaadi.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2.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Aappii bilisaa buufadhuutii bani.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3.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Lakkoofsa bilbila keetiin herrega banadhu.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4.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Manneen barbaadi, kan jaallattu olkaa'i, ykn qabeenya kee maxxansi.</w:t>
      </w:r>
    </w:p>
    <w:p>
      <w:pPr>
        <w:spacing w:before="20" w:after="60" w:line="264" w:lineRule="auto"/>
        <w:ind w:left="216"/>
      </w:pPr>
      <w:r>
        <w:rPr>
          <w:rFonts w:ascii="Segoe UI" w:hAnsi="Segoe UI" w:cs="Segoe UI" w:eastAsia="Segoe UI"/>
          <w:b/>
          <w:i w:val="0"/>
          <w:color w:val="B38222"/>
          <w:sz w:val="24"/>
        </w:rPr>
        <w:t xml:space="preserve">5.  </w:t>
      </w:r>
      <w:r>
        <w:rPr>
          <w:rFonts w:ascii="Nyala" w:hAnsi="Nyala" w:cs="Nyala" w:eastAsia="Nyala"/>
          <w:b w:val="0"/>
          <w:i w:val="0"/>
          <w:color w:val="1E293B"/>
          <w:sz w:val="24"/>
        </w:rPr>
        <w:t>Abbootii qabeenyaa fi ejensii kallattiin WhatsApp ykn bilbilaan qunnami.</w:t>
      </w:r>
    </w:p>
    <w:p>
      <w:pPr>
        <w:spacing w:before="160" w:after="80" w:line="264" w:lineRule="auto"/>
        <w:jc w:val="center"/>
        <w:shd w:val="clear" w:color="auto" w:fill="078930"/>
      </w:pPr>
      <w:r>
        <w:rPr>
          <w:rFonts w:ascii="Nyala" w:hAnsi="Nyala" w:cs="Nyala" w:eastAsia="Nyala"/>
          <w:b/>
          <w:i w:val="0"/>
          <w:color w:val="FFFFFF"/>
          <w:sz w:val="28"/>
        </w:rPr>
        <w:t>Har'a bilisaan buufadhu — daqiiqaa muraasa keessatti mana kee argadhu!</w:t>
      </w:r>
    </w:p>
    <w:p>
      <w:pPr>
        <w:spacing w:before="100" w:after="40" w:line="240" w:lineRule="auto"/>
        <w:jc w:val="center"/>
      </w:pPr>
      <w:r>
        <w:rPr>
          <w:rFonts w:ascii="Nyala" w:hAnsi="Nyala" w:cs="Nyala" w:eastAsia="Nyala"/>
          <w:b/>
          <w:i w:val="0"/>
          <w:color w:val="056620"/>
          <w:sz w:val="24"/>
        </w:rPr>
        <w:t>QR koodii skaan godhi; MyHome Google Play irraa buufadhu</w:t>
      </w:r>
    </w:p>
    <w:p>
      <w:pPr>
        <w:spacing w:before="0" w:after="2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1371600" cy="13716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yhome-google-play-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80" w:line="240" w:lineRule="auto"/>
        <w:jc w:val="center"/>
      </w:pPr>
      <w:hyperlink r:id="rId11">
        <w:r>
          <w:rPr>
            <w:color w:val="0563C1"/>
            <w:u w:val="single"/>
          </w:rPr>
          <w:t>MyHome Google Play irratti bani</w:t>
        </w:r>
      </w:hyperlink>
      <w:r>
        <w:rPr>
          <w:rFonts w:ascii="Segoe UI" w:hAnsi="Segoe UI" w:cs="Segoe UI" w:eastAsia="Segoe UI"/>
          <w:b w:val="0"/>
          <w:i w:val="0"/>
          <w:color w:val="1E293B"/>
          <w:sz w:val="16"/>
        </w:rPr>
        <w:br/>
        <w:t>https://play.google.com/store/apps/details?id=com.nexusapps.myhome</w:t>
      </w:r>
    </w:p>
    <w:p>
      <w:pPr>
        <w:spacing w:before="120" w:after="0" w:line="252" w:lineRule="auto"/>
        <w:jc w:val="center"/>
      </w:pPr>
      <w:r>
        <w:rPr>
          <w:rFonts w:ascii="Nyala" w:hAnsi="Nyala" w:cs="Nyala" w:eastAsia="Nyala"/>
          <w:b/>
          <w:i w:val="0"/>
          <w:color w:val="B38222"/>
          <w:sz w:val="26"/>
        </w:rPr>
        <w:t>MyHome — Mana kee Itoophiyaa keessatti argadhu.</w:t>
      </w:r>
    </w:p>
    <w:p>
      <w:pPr>
        <w:spacing w:before="0" w:after="40" w:line="240" w:lineRule="auto"/>
        <w:jc w:val="center"/>
      </w:pPr>
      <w:r>
        <w:rPr>
          <w:rFonts w:ascii="Nyala" w:hAnsi="Nyala" w:cs="Nyala" w:eastAsia="Nyala"/>
          <w:b w:val="0"/>
          <w:i w:val="0"/>
          <w:color w:val="1E293B"/>
          <w:sz w:val="20"/>
        </w:rPr>
        <w:t>Ethio Digital Platforms PLC  •  myhome.carenavigatortech.com</w:t>
      </w:r>
    </w:p>
    <w:sectPr w:rsidR="00FC693F" w:rsidRPr="0006063C" w:rsidSect="00034616">
      <w:pgSz w:w="12240" w:h="15840"/>
      <w:pgMar w:top="864" w:right="1152" w:bottom="72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yala" w:hAnsi="Nyala"/>
      <w:color w:val="1E293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hyperlink" Target="https://play.google.com/store/apps/details?id=com.nexusapps.my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